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557C0"/>
          <w:sz w:val="34"/>
        </w:rPr>
        <w:t>UKKJ R35 — TEMPLATE SOAL UNIVERSAL WORD</w:t>
      </w:r>
    </w:p>
    <w:p>
      <w:pPr>
        <w:jc w:val="center"/>
      </w:pPr>
      <w:r>
        <w:t>Gunakan blok terstruktur berikut. Hapus contoh yang tidak diperlukan. Untuk gambar pada import Word, gunakan nilai GAMBAR yang menunjuk file di bundle ZIP; untuk gambar tertanam langsung, template Excel lebih disarankan.</w:t>
      </w:r>
    </w:p>
    <w:p>
      <w:r>
        <w:rPr>
          <w:b/>
          <w:color w:val="1557C0"/>
          <w:sz w:val="26"/>
        </w:rPr>
        <w:t>1. Pilihan Ganda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Pilihan Ganda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single</w:t>
      </w:r>
    </w:p>
    <w:p>
      <w:pPr>
        <w:spacing w:after="20"/>
      </w:pPr>
      <w:r>
        <w:rPr>
          <w:rFonts w:ascii="Consolas" w:hAnsi="Consolas"/>
          <w:sz w:val="18"/>
        </w:rPr>
        <w:t>PERTANYAAN: Ibukota Indonesia adalah ...</w:t>
      </w:r>
    </w:p>
    <w:p>
      <w:pPr>
        <w:spacing w:after="20"/>
      </w:pPr>
      <w:r>
        <w:rPr>
          <w:rFonts w:ascii="Consolas" w:hAnsi="Consolas"/>
          <w:sz w:val="18"/>
        </w:rPr>
        <w:t>OPSI_A: Jakarta</w:t>
      </w:r>
    </w:p>
    <w:p>
      <w:pPr>
        <w:spacing w:after="20"/>
      </w:pPr>
      <w:r>
        <w:rPr>
          <w:rFonts w:ascii="Consolas" w:hAnsi="Consolas"/>
          <w:sz w:val="18"/>
        </w:rPr>
        <w:t>OPSI_B: Bandung</w:t>
      </w:r>
    </w:p>
    <w:p>
      <w:pPr>
        <w:spacing w:after="20"/>
      </w:pPr>
      <w:r>
        <w:rPr>
          <w:rFonts w:ascii="Consolas" w:hAnsi="Consolas"/>
          <w:sz w:val="18"/>
        </w:rPr>
        <w:t>OPSI_C: Surabaya</w:t>
      </w:r>
    </w:p>
    <w:p>
      <w:pPr>
        <w:spacing w:after="20"/>
      </w:pPr>
      <w:r>
        <w:rPr>
          <w:rFonts w:ascii="Consolas" w:hAnsi="Consolas"/>
          <w:sz w:val="18"/>
        </w:rPr>
        <w:t>OPSI_D: Makassar</w:t>
      </w:r>
    </w:p>
    <w:p>
      <w:pPr>
        <w:spacing w:after="20"/>
      </w:pPr>
      <w:r>
        <w:rPr>
          <w:rFonts w:ascii="Consolas" w:hAnsi="Consolas"/>
          <w:sz w:val="18"/>
        </w:rPr>
        <w:t>JAWABAN: A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p>
      <w:r>
        <w:rPr>
          <w:b/>
          <w:color w:val="1557C0"/>
          <w:sz w:val="26"/>
        </w:rPr>
        <w:t>2. PG Kompleks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PG Kompleks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mcma</w:t>
      </w:r>
    </w:p>
    <w:p>
      <w:pPr>
        <w:spacing w:after="20"/>
      </w:pPr>
      <w:r>
        <w:rPr>
          <w:rFonts w:ascii="Consolas" w:hAnsi="Consolas"/>
          <w:sz w:val="18"/>
        </w:rPr>
        <w:t>PERTANYAAN: Pilih semua bilangan prima.</w:t>
      </w:r>
    </w:p>
    <w:p>
      <w:pPr>
        <w:spacing w:after="20"/>
      </w:pPr>
      <w:r>
        <w:rPr>
          <w:rFonts w:ascii="Consolas" w:hAnsi="Consolas"/>
          <w:sz w:val="18"/>
        </w:rPr>
        <w:t>OPSI_A: 2</w:t>
      </w:r>
    </w:p>
    <w:p>
      <w:pPr>
        <w:spacing w:after="20"/>
      </w:pPr>
      <w:r>
        <w:rPr>
          <w:rFonts w:ascii="Consolas" w:hAnsi="Consolas"/>
          <w:sz w:val="18"/>
        </w:rPr>
        <w:t>OPSI_B: 3</w:t>
      </w:r>
    </w:p>
    <w:p>
      <w:pPr>
        <w:spacing w:after="20"/>
      </w:pPr>
      <w:r>
        <w:rPr>
          <w:rFonts w:ascii="Consolas" w:hAnsi="Consolas"/>
          <w:sz w:val="18"/>
        </w:rPr>
        <w:t>OPSI_C: 4</w:t>
      </w:r>
    </w:p>
    <w:p>
      <w:pPr>
        <w:spacing w:after="20"/>
      </w:pPr>
      <w:r>
        <w:rPr>
          <w:rFonts w:ascii="Consolas" w:hAnsi="Consolas"/>
          <w:sz w:val="18"/>
        </w:rPr>
        <w:t>OPSI_D: 5</w:t>
      </w:r>
    </w:p>
    <w:p>
      <w:pPr>
        <w:spacing w:after="20"/>
      </w:pPr>
      <w:r>
        <w:rPr>
          <w:rFonts w:ascii="Consolas" w:hAnsi="Consolas"/>
          <w:sz w:val="18"/>
        </w:rPr>
        <w:t>JAWABAN: A|B|D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p>
      <w:r>
        <w:rPr>
          <w:b/>
          <w:color w:val="1557C0"/>
          <w:sz w:val="26"/>
        </w:rPr>
        <w:t>3. Kategori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Kategori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category</w:t>
      </w:r>
    </w:p>
    <w:p>
      <w:pPr>
        <w:spacing w:after="20"/>
      </w:pPr>
      <w:r>
        <w:rPr>
          <w:rFonts w:ascii="Consolas" w:hAnsi="Consolas"/>
          <w:sz w:val="18"/>
        </w:rPr>
        <w:t>PERTANYAAN: Tentukan Tepat/Tidak Tepat.</w:t>
      </w:r>
    </w:p>
    <w:p>
      <w:pPr>
        <w:spacing w:after="20"/>
      </w:pPr>
      <w:r>
        <w:rPr>
          <w:rFonts w:ascii="Consolas" w:hAnsi="Consolas"/>
          <w:sz w:val="18"/>
        </w:rPr>
        <w:t>OPSI_A: Menganalisis data</w:t>
      </w:r>
    </w:p>
    <w:p>
      <w:pPr>
        <w:spacing w:after="20"/>
      </w:pPr>
      <w:r>
        <w:rPr>
          <w:rFonts w:ascii="Consolas" w:hAnsi="Consolas"/>
          <w:sz w:val="18"/>
        </w:rPr>
        <w:t>OPSI_B: Mengabaikan bukti</w:t>
      </w:r>
    </w:p>
    <w:p>
      <w:pPr>
        <w:spacing w:after="20"/>
      </w:pPr>
      <w:r>
        <w:rPr>
          <w:rFonts w:ascii="Consolas" w:hAnsi="Consolas"/>
          <w:sz w:val="18"/>
        </w:rPr>
        <w:t>OPSI_C: Memverifikasi sumber</w:t>
      </w:r>
    </w:p>
    <w:p>
      <w:pPr>
        <w:spacing w:after="20"/>
      </w:pPr>
      <w:r>
        <w:rPr>
          <w:rFonts w:ascii="Consolas" w:hAnsi="Consolas"/>
          <w:sz w:val="18"/>
        </w:rPr>
        <w:t>JAWABAN: Tepat|Tidak Tepat|Tepat</w:t>
      </w:r>
    </w:p>
    <w:p>
      <w:pPr>
        <w:spacing w:after="20"/>
      </w:pPr>
      <w:r>
        <w:rPr>
          <w:rFonts w:ascii="Consolas" w:hAnsi="Consolas"/>
          <w:sz w:val="18"/>
        </w:rPr>
        <w:t>KATEGORI_RESPONS: Tepat|Tidak Tepat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p>
      <w:r>
        <w:rPr>
          <w:b/>
          <w:color w:val="1557C0"/>
          <w:sz w:val="26"/>
        </w:rPr>
        <w:t>4. Isian Singkat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Isian Singkat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short</w:t>
      </w:r>
    </w:p>
    <w:p>
      <w:pPr>
        <w:spacing w:after="20"/>
      </w:pPr>
      <w:r>
        <w:rPr>
          <w:rFonts w:ascii="Consolas" w:hAnsi="Consolas"/>
          <w:sz w:val="18"/>
        </w:rPr>
        <w:t>PERTANYAAN: Singkatan KPK adalah ...</w:t>
      </w:r>
    </w:p>
    <w:p>
      <w:pPr>
        <w:spacing w:after="20"/>
      </w:pPr>
      <w:r>
        <w:rPr>
          <w:rFonts w:ascii="Consolas" w:hAnsi="Consolas"/>
          <w:sz w:val="18"/>
        </w:rPr>
        <w:t>JAWABAN: Kelipatan Persekutuan Terkecil</w:t>
      </w:r>
    </w:p>
    <w:p>
      <w:pPr>
        <w:spacing w:after="20"/>
      </w:pPr>
      <w:r>
        <w:rPr>
          <w:rFonts w:ascii="Consolas" w:hAnsi="Consolas"/>
          <w:sz w:val="18"/>
        </w:rPr>
        <w:t>JAWABAN_ALTERNATIF: KPK|kelipatan persekutuan terkecil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p>
      <w:r>
        <w:rPr>
          <w:b/>
          <w:color w:val="1557C0"/>
          <w:sz w:val="26"/>
        </w:rPr>
        <w:t>5. Isian Numerik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Isian Numerik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numeric</w:t>
      </w:r>
    </w:p>
    <w:p>
      <w:pPr>
        <w:spacing w:after="20"/>
      </w:pPr>
      <w:r>
        <w:rPr>
          <w:rFonts w:ascii="Consolas" w:hAnsi="Consolas"/>
          <w:sz w:val="18"/>
        </w:rPr>
        <w:t>PERTANYAAN: Hasil 12,5 + 7,5 adalah ...</w:t>
      </w:r>
    </w:p>
    <w:p>
      <w:pPr>
        <w:spacing w:after="20"/>
      </w:pPr>
      <w:r>
        <w:rPr>
          <w:rFonts w:ascii="Consolas" w:hAnsi="Consolas"/>
          <w:sz w:val="18"/>
        </w:rPr>
        <w:t>JAWABAN: 20</w:t>
      </w:r>
    </w:p>
    <w:p>
      <w:pPr>
        <w:spacing w:after="20"/>
      </w:pPr>
      <w:r>
        <w:rPr>
          <w:rFonts w:ascii="Consolas" w:hAnsi="Consolas"/>
          <w:sz w:val="18"/>
        </w:rPr>
        <w:t>TOLERANSI: 0.01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p>
      <w:r>
        <w:rPr>
          <w:b/>
          <w:color w:val="1557C0"/>
          <w:sz w:val="26"/>
        </w:rPr>
        <w:t>6. Menjodohkan</w:t>
      </w:r>
    </w:p>
    <w:p>
      <w:pPr>
        <w:spacing w:after="20"/>
      </w:pPr>
      <w:r>
        <w:rPr>
          <w:rFonts w:ascii="Consolas" w:hAnsi="Consolas"/>
          <w:sz w:val="18"/>
        </w:rPr>
        <w:t>=== SOAL ===</w:t>
      </w:r>
    </w:p>
    <w:p>
      <w:pPr>
        <w:spacing w:after="20"/>
      </w:pPr>
      <w:r>
        <w:rPr>
          <w:rFonts w:ascii="Consolas" w:hAnsi="Consolas"/>
          <w:sz w:val="18"/>
        </w:rPr>
        <w:t>AKSI: tambah</w:t>
      </w:r>
    </w:p>
    <w:p>
      <w:pPr>
        <w:spacing w:after="20"/>
      </w:pPr>
      <w:r>
        <w:rPr>
          <w:rFonts w:ascii="Consolas" w:hAnsi="Consolas"/>
          <w:sz w:val="18"/>
        </w:rPr>
        <w:t>KATEGORI: Kompetensi Teknis</w:t>
      </w:r>
    </w:p>
    <w:p>
      <w:pPr>
        <w:spacing w:after="20"/>
      </w:pPr>
      <w:r>
        <w:rPr>
          <w:rFonts w:ascii="Consolas" w:hAnsi="Consolas"/>
          <w:sz w:val="18"/>
        </w:rPr>
        <w:t>SUBKOMPETENSI: Contoh Menjodohkan</w:t>
      </w:r>
    </w:p>
    <w:p>
      <w:pPr>
        <w:spacing w:after="20"/>
      </w:pPr>
      <w:r>
        <w:rPr>
          <w:rFonts w:ascii="Consolas" w:hAnsi="Consolas"/>
          <w:sz w:val="18"/>
        </w:rPr>
        <w:t>LEVEL_KOGNITIF: C3</w:t>
      </w:r>
    </w:p>
    <w:p>
      <w:pPr>
        <w:spacing w:after="20"/>
      </w:pPr>
      <w:r>
        <w:rPr>
          <w:rFonts w:ascii="Consolas" w:hAnsi="Consolas"/>
          <w:sz w:val="18"/>
        </w:rPr>
        <w:t>BOBOT: 1</w:t>
      </w:r>
    </w:p>
    <w:p>
      <w:pPr>
        <w:spacing w:after="20"/>
      </w:pPr>
      <w:r>
        <w:rPr>
          <w:rFonts w:ascii="Consolas" w:hAnsi="Consolas"/>
          <w:sz w:val="18"/>
        </w:rPr>
        <w:t>TIPE_SOAL: matching</w:t>
      </w:r>
    </w:p>
    <w:p>
      <w:pPr>
        <w:spacing w:after="20"/>
      </w:pPr>
      <w:r>
        <w:rPr>
          <w:rFonts w:ascii="Consolas" w:hAnsi="Consolas"/>
          <w:sz w:val="18"/>
        </w:rPr>
        <w:t>PERTANYAAN: Jodohkan istilah dengan definisinya.</w:t>
      </w:r>
    </w:p>
    <w:p>
      <w:pPr>
        <w:spacing w:after="20"/>
      </w:pPr>
      <w:r>
        <w:rPr>
          <w:rFonts w:ascii="Consolas" w:hAnsi="Consolas"/>
          <w:sz w:val="18"/>
        </w:rPr>
        <w:t>OPSI_A: Fotosintesis</w:t>
      </w:r>
    </w:p>
    <w:p>
      <w:pPr>
        <w:spacing w:after="20"/>
      </w:pPr>
      <w:r>
        <w:rPr>
          <w:rFonts w:ascii="Consolas" w:hAnsi="Consolas"/>
          <w:sz w:val="18"/>
        </w:rPr>
        <w:t>OPSI_B: Evaporasi</w:t>
      </w:r>
    </w:p>
    <w:p>
      <w:pPr>
        <w:spacing w:after="20"/>
      </w:pPr>
      <w:r>
        <w:rPr>
          <w:rFonts w:ascii="Consolas" w:hAnsi="Consolas"/>
          <w:sz w:val="18"/>
        </w:rPr>
        <w:t>OPSI_C: Kondensasi</w:t>
      </w:r>
    </w:p>
    <w:p>
      <w:pPr>
        <w:spacing w:after="20"/>
      </w:pPr>
      <w:r>
        <w:rPr>
          <w:rFonts w:ascii="Consolas" w:hAnsi="Consolas"/>
          <w:sz w:val="18"/>
        </w:rPr>
        <w:t>JAWABAN: A|B|C</w:t>
      </w:r>
    </w:p>
    <w:p>
      <w:pPr>
        <w:spacing w:after="20"/>
      </w:pPr>
      <w:r>
        <w:rPr>
          <w:rFonts w:ascii="Consolas" w:hAnsi="Consolas"/>
          <w:sz w:val="18"/>
        </w:rPr>
        <w:t>PASANGAN_KANAN: Proses tumbuhan membuat makanan|Perubahan cair menjadi gas|Perubahan gas menjadi cair</w:t>
      </w:r>
    </w:p>
    <w:p>
      <w:pPr>
        <w:spacing w:after="20"/>
      </w:pPr>
      <w:r>
        <w:rPr>
          <w:rFonts w:ascii="Consolas" w:hAnsi="Consolas"/>
          <w:sz w:val="18"/>
        </w:rPr>
        <w:t>PEMBAHASAN: Tulis pembahasan di sini.</w:t>
      </w:r>
    </w:p>
    <w:p>
      <w:pPr>
        <w:spacing w:after="20"/>
      </w:pPr>
      <w:r>
        <w:rPr>
          <w:rFonts w:ascii="Consolas" w:hAnsi="Consolas"/>
          <w:sz w:val="18"/>
        </w:rPr>
        <w:t>=== AKHIR SOAL ===</w:t>
      </w:r>
    </w:p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